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F3A18" w14:textId="4274F339" w:rsidR="00FE46DB" w:rsidRDefault="00FE46DB" w:rsidP="00B42F6A">
      <w:pPr>
        <w:pStyle w:val="Aufzhlungszeichen"/>
        <w:numPr>
          <w:ilvl w:val="0"/>
          <w:numId w:val="0"/>
        </w:numPr>
        <w:jc w:val="both"/>
      </w:pPr>
      <w:r>
        <w:t>Cookies-</w:t>
      </w:r>
      <w:proofErr w:type="spellStart"/>
      <w:r>
        <w:t>Richtlinie</w:t>
      </w:r>
      <w:proofErr w:type="spellEnd"/>
    </w:p>
    <w:p w14:paraId="6014A646" w14:textId="04D01FA0" w:rsidR="00FE46DB" w:rsidRDefault="00FE46DB" w:rsidP="00FE46DB">
      <w:pPr>
        <w:pStyle w:val="Aufzhlungszeichen"/>
        <w:numPr>
          <w:ilvl w:val="0"/>
          <w:numId w:val="0"/>
        </w:numPr>
        <w:ind w:left="360" w:hanging="360"/>
        <w:jc w:val="both"/>
      </w:pPr>
      <w:proofErr w:type="spellStart"/>
      <w:r>
        <w:t>Zuletzt</w:t>
      </w:r>
      <w:proofErr w:type="spellEnd"/>
      <w:r>
        <w:t xml:space="preserve"> </w:t>
      </w:r>
      <w:proofErr w:type="spellStart"/>
      <w:r>
        <w:t>aktualisiert</w:t>
      </w:r>
      <w:proofErr w:type="spellEnd"/>
      <w:r>
        <w:t>: 12. März 2026</w:t>
      </w:r>
    </w:p>
    <w:p w14:paraId="133BB96D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754556F2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proofErr w:type="spellStart"/>
      <w:r>
        <w:t>Diese</w:t>
      </w:r>
      <w:proofErr w:type="spellEnd"/>
      <w:r>
        <w:t xml:space="preserve"> Cookies-</w:t>
      </w:r>
      <w:proofErr w:type="spellStart"/>
      <w:r>
        <w:t>Richtlinie</w:t>
      </w:r>
      <w:proofErr w:type="spellEnd"/>
      <w:r>
        <w:t xml:space="preserve"> </w:t>
      </w:r>
      <w:proofErr w:type="spellStart"/>
      <w:r>
        <w:t>erklärt</w:t>
      </w:r>
      <w:proofErr w:type="spellEnd"/>
      <w:r>
        <w:t xml:space="preserve">, was Cookies </w:t>
      </w:r>
      <w:proofErr w:type="spellStart"/>
      <w:r>
        <w:t>sind</w:t>
      </w:r>
      <w:proofErr w:type="spellEnd"/>
      <w:r>
        <w:t xml:space="preserve"> und </w:t>
      </w:r>
      <w:proofErr w:type="spellStart"/>
      <w:r>
        <w:t>wie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verwenden</w:t>
      </w:r>
      <w:proofErr w:type="spellEnd"/>
      <w:r>
        <w:t xml:space="preserve">. Sie </w:t>
      </w:r>
      <w:proofErr w:type="spellStart"/>
      <w:r>
        <w:t>sollten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Richtlinie</w:t>
      </w:r>
      <w:proofErr w:type="spellEnd"/>
      <w:r>
        <w:t xml:space="preserve"> </w:t>
      </w:r>
      <w:proofErr w:type="spellStart"/>
      <w:r>
        <w:t>lesen</w:t>
      </w:r>
      <w:proofErr w:type="spellEnd"/>
      <w:r>
        <w:t xml:space="preserve">, </w:t>
      </w:r>
      <w:proofErr w:type="spellStart"/>
      <w:r>
        <w:t>damit</w:t>
      </w:r>
      <w:proofErr w:type="spellEnd"/>
      <w:r>
        <w:t xml:space="preserve"> Sie verstehen </w:t>
      </w:r>
      <w:proofErr w:type="spellStart"/>
      <w:r>
        <w:t>können</w:t>
      </w:r>
      <w:proofErr w:type="spellEnd"/>
      <w:r>
        <w:t xml:space="preserve">, </w:t>
      </w:r>
      <w:proofErr w:type="spellStart"/>
      <w:r>
        <w:t>welche</w:t>
      </w:r>
      <w:proofErr w:type="spellEnd"/>
      <w:r>
        <w:t xml:space="preserve"> </w:t>
      </w:r>
      <w:proofErr w:type="spellStart"/>
      <w:r>
        <w:t>Arten</w:t>
      </w:r>
      <w:proofErr w:type="spellEnd"/>
      <w:r>
        <w:t xml:space="preserve"> von Cookies </w:t>
      </w:r>
      <w:proofErr w:type="spellStart"/>
      <w:r>
        <w:t>wir</w:t>
      </w:r>
      <w:proofErr w:type="spellEnd"/>
      <w:r>
        <w:t xml:space="preserve"> </w:t>
      </w:r>
      <w:proofErr w:type="spellStart"/>
      <w:r>
        <w:t>verwenden</w:t>
      </w:r>
      <w:proofErr w:type="spellEnd"/>
      <w:r>
        <w:t xml:space="preserve">, </w:t>
      </w:r>
      <w:proofErr w:type="spellStart"/>
      <w:r>
        <w:t>welche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mithilfe</w:t>
      </w:r>
      <w:proofErr w:type="spellEnd"/>
      <w:r>
        <w:t xml:space="preserve"> von Cookies </w:t>
      </w:r>
      <w:proofErr w:type="spellStart"/>
      <w:r>
        <w:t>sammeln</w:t>
      </w:r>
      <w:proofErr w:type="spellEnd"/>
      <w:r>
        <w:t xml:space="preserve"> und </w:t>
      </w:r>
      <w:proofErr w:type="spellStart"/>
      <w:r>
        <w:t>wie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genutzt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</w:t>
      </w:r>
      <w:proofErr w:type="spellStart"/>
      <w:r>
        <w:t>Diese</w:t>
      </w:r>
      <w:proofErr w:type="spellEnd"/>
      <w:r>
        <w:t xml:space="preserve"> Cookies-</w:t>
      </w:r>
      <w:proofErr w:type="spellStart"/>
      <w:r>
        <w:t>Richtlinie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Hilfe des </w:t>
      </w:r>
      <w:proofErr w:type="spellStart"/>
      <w:r>
        <w:t>TermsFeed</w:t>
      </w:r>
      <w:proofErr w:type="spellEnd"/>
      <w:r>
        <w:t xml:space="preserve"> Cookies Policy Generators </w:t>
      </w:r>
      <w:proofErr w:type="spellStart"/>
      <w:r>
        <w:t>erstellt</w:t>
      </w:r>
      <w:proofErr w:type="spellEnd"/>
      <w:r>
        <w:t>.</w:t>
      </w:r>
    </w:p>
    <w:p w14:paraId="002585A4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3A84A47E" w14:textId="79B0083C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 xml:space="preserve">Cookies </w:t>
      </w:r>
      <w:proofErr w:type="spellStart"/>
      <w:r>
        <w:t>enthalten</w:t>
      </w:r>
      <w:proofErr w:type="spellEnd"/>
      <w:r>
        <w:t xml:space="preserve"> in der Regel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, die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Nutzer</w:t>
      </w:r>
      <w:proofErr w:type="spellEnd"/>
      <w:r>
        <w:t xml:space="preserve"> </w:t>
      </w:r>
      <w:proofErr w:type="spellStart"/>
      <w:r>
        <w:t>persönlich</w:t>
      </w:r>
      <w:proofErr w:type="spellEnd"/>
      <w:r>
        <w:t xml:space="preserve"> </w:t>
      </w:r>
      <w:proofErr w:type="spellStart"/>
      <w:r>
        <w:t>identifizieren</w:t>
      </w:r>
      <w:proofErr w:type="spellEnd"/>
      <w:r>
        <w:t xml:space="preserve">, </w:t>
      </w:r>
      <w:proofErr w:type="spellStart"/>
      <w:r>
        <w:t>jedoch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personenbezogene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, die </w:t>
      </w:r>
      <w:proofErr w:type="spellStart"/>
      <w:r>
        <w:t>wir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Sie </w:t>
      </w:r>
      <w:proofErr w:type="spellStart"/>
      <w:r>
        <w:t>speichern</w:t>
      </w:r>
      <w:proofErr w:type="spellEnd"/>
      <w:r>
        <w:t xml:space="preserve">, </w:t>
      </w:r>
      <w:proofErr w:type="spellStart"/>
      <w:r>
        <w:t>mit</w:t>
      </w:r>
      <w:proofErr w:type="spellEnd"/>
      <w:r>
        <w:t xml:space="preserve"> den in Cookies </w:t>
      </w:r>
      <w:proofErr w:type="spellStart"/>
      <w:r>
        <w:t>gespeicherten</w:t>
      </w:r>
      <w:proofErr w:type="spellEnd"/>
      <w:r>
        <w:t xml:space="preserve"> und </w:t>
      </w:r>
      <w:proofErr w:type="spellStart"/>
      <w:r>
        <w:t>aus</w:t>
      </w:r>
      <w:proofErr w:type="spellEnd"/>
      <w:r>
        <w:t xml:space="preserve"> Cookies </w:t>
      </w:r>
      <w:proofErr w:type="spellStart"/>
      <w:r>
        <w:t>gewonnenen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verknüpft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</w:t>
      </w:r>
      <w:proofErr w:type="spellStart"/>
      <w:r>
        <w:t>Weitere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darüber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personenbezogenen</w:t>
      </w:r>
      <w:proofErr w:type="spellEnd"/>
      <w:r>
        <w:t xml:space="preserve"> </w:t>
      </w:r>
      <w:proofErr w:type="spellStart"/>
      <w:r>
        <w:t>Daten</w:t>
      </w:r>
      <w:proofErr w:type="spellEnd"/>
      <w:r>
        <w:t xml:space="preserve"> </w:t>
      </w:r>
      <w:proofErr w:type="spellStart"/>
      <w:r>
        <w:t>verwenden</w:t>
      </w:r>
      <w:proofErr w:type="spellEnd"/>
      <w:r>
        <w:t xml:space="preserve">, </w:t>
      </w:r>
      <w:proofErr w:type="spellStart"/>
      <w:r>
        <w:t>speichern</w:t>
      </w:r>
      <w:proofErr w:type="spellEnd"/>
      <w:r>
        <w:t xml:space="preserve"> und </w:t>
      </w:r>
      <w:proofErr w:type="spellStart"/>
      <w:r>
        <w:t>schützen</w:t>
      </w:r>
      <w:proofErr w:type="spellEnd"/>
      <w:r>
        <w:t xml:space="preserve">, </w:t>
      </w:r>
      <w:proofErr w:type="spellStart"/>
      <w:r>
        <w:t>finden</w:t>
      </w:r>
      <w:proofErr w:type="spellEnd"/>
      <w:r>
        <w:t xml:space="preserve"> Sie in </w:t>
      </w:r>
      <w:proofErr w:type="spellStart"/>
      <w:r>
        <w:t>unserer</w:t>
      </w:r>
      <w:proofErr w:type="spellEnd"/>
      <w:r>
        <w:t xml:space="preserve"> </w:t>
      </w:r>
      <w:proofErr w:type="spellStart"/>
      <w:r>
        <w:t>Datenschutzerklärung</w:t>
      </w:r>
      <w:proofErr w:type="spellEnd"/>
      <w:r>
        <w:t>.</w:t>
      </w:r>
    </w:p>
    <w:p w14:paraId="0DA74D4B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664CFE1A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 xml:space="preserve">Wir </w:t>
      </w:r>
      <w:proofErr w:type="spellStart"/>
      <w:r>
        <w:t>speichern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sensiblen</w:t>
      </w:r>
      <w:proofErr w:type="spellEnd"/>
      <w:r>
        <w:t xml:space="preserve"> </w:t>
      </w:r>
      <w:proofErr w:type="spellStart"/>
      <w:r>
        <w:t>personenbezogenen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Postanschriften</w:t>
      </w:r>
      <w:proofErr w:type="spellEnd"/>
      <w:r>
        <w:t xml:space="preserve">, </w:t>
      </w:r>
      <w:proofErr w:type="spellStart"/>
      <w:r>
        <w:t>Kontopasswörter</w:t>
      </w:r>
      <w:proofErr w:type="spellEnd"/>
      <w:r>
        <w:t xml:space="preserve"> </w:t>
      </w:r>
      <w:proofErr w:type="spellStart"/>
      <w:r>
        <w:t>usw</w:t>
      </w:r>
      <w:proofErr w:type="spellEnd"/>
      <w:r>
        <w:t xml:space="preserve">., in den von </w:t>
      </w:r>
      <w:proofErr w:type="spellStart"/>
      <w:r>
        <w:t>uns</w:t>
      </w:r>
      <w:proofErr w:type="spellEnd"/>
      <w:r>
        <w:t xml:space="preserve"> </w:t>
      </w:r>
      <w:proofErr w:type="spellStart"/>
      <w:r>
        <w:t>verwendeten</w:t>
      </w:r>
      <w:proofErr w:type="spellEnd"/>
      <w:r>
        <w:t xml:space="preserve"> Cookies.</w:t>
      </w:r>
    </w:p>
    <w:p w14:paraId="3CD68B5E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0DAD621A" w14:textId="2D557156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 xml:space="preserve"> </w:t>
      </w:r>
      <w:proofErr w:type="spellStart"/>
      <w:r>
        <w:t>Auslegung</w:t>
      </w:r>
      <w:proofErr w:type="spellEnd"/>
      <w:r>
        <w:t xml:space="preserve"> und </w:t>
      </w:r>
      <w:proofErr w:type="spellStart"/>
      <w:r>
        <w:t>Definitionen</w:t>
      </w:r>
      <w:proofErr w:type="spellEnd"/>
    </w:p>
    <w:p w14:paraId="63370DE9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46655553" w14:textId="2F1F6A20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proofErr w:type="spellStart"/>
      <w:r>
        <w:t>Auslegung</w:t>
      </w:r>
      <w:proofErr w:type="spellEnd"/>
    </w:p>
    <w:p w14:paraId="38872BAB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34A302C8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proofErr w:type="spellStart"/>
      <w:r>
        <w:t>Wörter</w:t>
      </w:r>
      <w:proofErr w:type="spellEnd"/>
      <w:r>
        <w:t xml:space="preserve">, </w:t>
      </w:r>
      <w:proofErr w:type="spellStart"/>
      <w:r>
        <w:t>deren</w:t>
      </w:r>
      <w:proofErr w:type="spellEnd"/>
      <w:r>
        <w:t xml:space="preserve"> </w:t>
      </w:r>
      <w:proofErr w:type="spellStart"/>
      <w:r>
        <w:t>Anfangsbuchstaben</w:t>
      </w:r>
      <w:proofErr w:type="spellEnd"/>
      <w:r>
        <w:t xml:space="preserve"> </w:t>
      </w:r>
      <w:proofErr w:type="spellStart"/>
      <w:r>
        <w:t>großgeschrieben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,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Bedeutungen</w:t>
      </w:r>
      <w:proofErr w:type="spellEnd"/>
      <w:r>
        <w:t xml:space="preserve">, die </w:t>
      </w:r>
      <w:proofErr w:type="spellStart"/>
      <w:r>
        <w:t>unter</w:t>
      </w:r>
      <w:proofErr w:type="spellEnd"/>
      <w:r>
        <w:t xml:space="preserve"> den </w:t>
      </w:r>
      <w:proofErr w:type="spellStart"/>
      <w:r>
        <w:t>folgenden</w:t>
      </w:r>
      <w:proofErr w:type="spellEnd"/>
      <w:r>
        <w:t xml:space="preserve"> </w:t>
      </w:r>
      <w:proofErr w:type="spellStart"/>
      <w:r>
        <w:t>Bedingungen</w:t>
      </w:r>
      <w:proofErr w:type="spellEnd"/>
      <w:r>
        <w:t xml:space="preserve"> </w:t>
      </w:r>
      <w:proofErr w:type="spellStart"/>
      <w:r>
        <w:t>definiert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. Die </w:t>
      </w:r>
      <w:proofErr w:type="spellStart"/>
      <w:r>
        <w:t>folgenden</w:t>
      </w:r>
      <w:proofErr w:type="spellEnd"/>
      <w:r>
        <w:t xml:space="preserve"> </w:t>
      </w:r>
      <w:proofErr w:type="spellStart"/>
      <w:r>
        <w:t>Definitionen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unabhängig</w:t>
      </w:r>
      <w:proofErr w:type="spellEnd"/>
      <w:r>
        <w:t xml:space="preserve"> </w:t>
      </w:r>
      <w:proofErr w:type="spellStart"/>
      <w:r>
        <w:t>davon</w:t>
      </w:r>
      <w:proofErr w:type="spellEnd"/>
      <w:r>
        <w:t xml:space="preserve"> </w:t>
      </w:r>
      <w:proofErr w:type="spellStart"/>
      <w:r>
        <w:t>dieselbe</w:t>
      </w:r>
      <w:proofErr w:type="spellEnd"/>
      <w:r>
        <w:t xml:space="preserve"> </w:t>
      </w:r>
      <w:proofErr w:type="spellStart"/>
      <w:r>
        <w:t>Bedeutung</w:t>
      </w:r>
      <w:proofErr w:type="spellEnd"/>
      <w:r>
        <w:t xml:space="preserve">, </w:t>
      </w:r>
      <w:proofErr w:type="spellStart"/>
      <w:r>
        <w:t>ob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Singular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Plural </w:t>
      </w:r>
      <w:proofErr w:type="spellStart"/>
      <w:r>
        <w:t>erscheinen</w:t>
      </w:r>
      <w:proofErr w:type="spellEnd"/>
      <w:r>
        <w:t>.</w:t>
      </w:r>
    </w:p>
    <w:p w14:paraId="4D2C0E6C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7F705462" w14:textId="26EF80C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proofErr w:type="spellStart"/>
      <w:r>
        <w:t>Definitionen</w:t>
      </w:r>
      <w:proofErr w:type="spellEnd"/>
    </w:p>
    <w:p w14:paraId="13622C77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38508442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 xml:space="preserve">Für die </w:t>
      </w:r>
      <w:proofErr w:type="spellStart"/>
      <w:r>
        <w:t>Zwecke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Cookies-</w:t>
      </w:r>
      <w:proofErr w:type="spellStart"/>
      <w:r>
        <w:t>Richtlinie</w:t>
      </w:r>
      <w:proofErr w:type="spellEnd"/>
      <w:r>
        <w:t>:</w:t>
      </w:r>
    </w:p>
    <w:p w14:paraId="03EEA635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756AE4A4" w14:textId="6FDE7A5E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proofErr w:type="spellStart"/>
      <w:r>
        <w:t>Unternehmen</w:t>
      </w:r>
      <w:proofErr w:type="spellEnd"/>
      <w:r>
        <w:t xml:space="preserve"> (in </w:t>
      </w:r>
      <w:proofErr w:type="spellStart"/>
      <w:r>
        <w:t>dieser</w:t>
      </w:r>
      <w:proofErr w:type="spellEnd"/>
      <w:r>
        <w:t xml:space="preserve"> Cookies-</w:t>
      </w:r>
      <w:proofErr w:type="spellStart"/>
      <w:r>
        <w:t>Richtlinie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„das </w:t>
      </w:r>
      <w:proofErr w:type="spellStart"/>
      <w:proofErr w:type="gramStart"/>
      <w:r>
        <w:t>Unternehmen</w:t>
      </w:r>
      <w:proofErr w:type="spellEnd"/>
      <w:r>
        <w:t>“</w:t>
      </w:r>
      <w:proofErr w:type="gramEnd"/>
      <w:r>
        <w:t>, „</w:t>
      </w:r>
      <w:proofErr w:type="spellStart"/>
      <w:proofErr w:type="gramStart"/>
      <w:r>
        <w:t>wir</w:t>
      </w:r>
      <w:proofErr w:type="spellEnd"/>
      <w:r>
        <w:t>“</w:t>
      </w:r>
      <w:proofErr w:type="gramEnd"/>
      <w:r>
        <w:t>, „</w:t>
      </w:r>
      <w:proofErr w:type="spellStart"/>
      <w:proofErr w:type="gramStart"/>
      <w:r>
        <w:t>uns</w:t>
      </w:r>
      <w:proofErr w:type="spellEnd"/>
      <w:r>
        <w:t xml:space="preserve">“ </w:t>
      </w:r>
      <w:proofErr w:type="spellStart"/>
      <w:r>
        <w:t>oder</w:t>
      </w:r>
      <w:proofErr w:type="spellEnd"/>
      <w:proofErr w:type="gramEnd"/>
      <w:r>
        <w:t xml:space="preserve"> „</w:t>
      </w:r>
      <w:proofErr w:type="spellStart"/>
      <w:proofErr w:type="gramStart"/>
      <w:r>
        <w:t>unser</w:t>
      </w:r>
      <w:proofErr w:type="spellEnd"/>
      <w:r>
        <w:t xml:space="preserve">“ </w:t>
      </w:r>
      <w:proofErr w:type="spellStart"/>
      <w:r>
        <w:t>bezeichnet</w:t>
      </w:r>
      <w:proofErr w:type="spellEnd"/>
      <w:proofErr w:type="gramEnd"/>
      <w:r>
        <w:t xml:space="preserve">) </w:t>
      </w:r>
      <w:proofErr w:type="spellStart"/>
      <w:r>
        <w:t>bezieht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auf die Ulu-Formel.</w:t>
      </w:r>
    </w:p>
    <w:p w14:paraId="0E6181B7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20D259EC" w14:textId="2981E2A2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 xml:space="preserve">Cookies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kleine</w:t>
      </w:r>
      <w:proofErr w:type="spellEnd"/>
      <w:r>
        <w:t xml:space="preserve"> </w:t>
      </w:r>
      <w:proofErr w:type="spellStart"/>
      <w:r>
        <w:t>Dateien</w:t>
      </w:r>
      <w:proofErr w:type="spellEnd"/>
      <w:r>
        <w:t xml:space="preserve">, die von </w:t>
      </w:r>
      <w:proofErr w:type="spellStart"/>
      <w:r>
        <w:t>einer</w:t>
      </w:r>
      <w:proofErr w:type="spellEnd"/>
      <w:r>
        <w:t xml:space="preserve"> Website auf </w:t>
      </w:r>
      <w:proofErr w:type="spellStart"/>
      <w:r>
        <w:t>Ihrem</w:t>
      </w:r>
      <w:proofErr w:type="spellEnd"/>
      <w:r>
        <w:t xml:space="preserve"> Computer, </w:t>
      </w:r>
      <w:proofErr w:type="spellStart"/>
      <w:r>
        <w:t>mobilen</w:t>
      </w:r>
      <w:proofErr w:type="spellEnd"/>
      <w:r>
        <w:t xml:space="preserve"> </w:t>
      </w:r>
      <w:proofErr w:type="spellStart"/>
      <w:r>
        <w:t>Gerät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anderen</w:t>
      </w:r>
      <w:proofErr w:type="spellEnd"/>
      <w:r>
        <w:t xml:space="preserve"> </w:t>
      </w:r>
      <w:proofErr w:type="spellStart"/>
      <w:r>
        <w:t>Gerät</w:t>
      </w:r>
      <w:proofErr w:type="spellEnd"/>
      <w:r>
        <w:t xml:space="preserve"> </w:t>
      </w:r>
      <w:proofErr w:type="spellStart"/>
      <w:r>
        <w:t>abgelegt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und </w:t>
      </w:r>
      <w:proofErr w:type="spellStart"/>
      <w:r>
        <w:t>unter</w:t>
      </w:r>
      <w:proofErr w:type="spellEnd"/>
      <w:r>
        <w:t xml:space="preserve"> </w:t>
      </w:r>
      <w:proofErr w:type="spellStart"/>
      <w:r>
        <w:t>anderem</w:t>
      </w:r>
      <w:proofErr w:type="spellEnd"/>
      <w:r>
        <w:t xml:space="preserve"> Details </w:t>
      </w:r>
      <w:proofErr w:type="spellStart"/>
      <w:r>
        <w:t>Ihres</w:t>
      </w:r>
      <w:proofErr w:type="spellEnd"/>
      <w:r>
        <w:t xml:space="preserve"> </w:t>
      </w:r>
      <w:proofErr w:type="spellStart"/>
      <w:r>
        <w:t>Browserverlaufs</w:t>
      </w:r>
      <w:proofErr w:type="spellEnd"/>
      <w:r>
        <w:t xml:space="preserve"> auf </w:t>
      </w:r>
      <w:proofErr w:type="spellStart"/>
      <w:r>
        <w:t>dieser</w:t>
      </w:r>
      <w:proofErr w:type="spellEnd"/>
      <w:r>
        <w:t xml:space="preserve"> Website </w:t>
      </w:r>
      <w:proofErr w:type="spellStart"/>
      <w:r>
        <w:t>enthalten</w:t>
      </w:r>
      <w:proofErr w:type="spellEnd"/>
      <w:r>
        <w:t>.</w:t>
      </w:r>
    </w:p>
    <w:p w14:paraId="553D07BC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40D06D41" w14:textId="5E3ED441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 xml:space="preserve">Website </w:t>
      </w:r>
      <w:proofErr w:type="spellStart"/>
      <w:r>
        <w:t>bezieht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auf Ulu-Formel, </w:t>
      </w:r>
      <w:proofErr w:type="spellStart"/>
      <w:r>
        <w:t>erreichbar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[www.ulu-formel.com].</w:t>
      </w:r>
    </w:p>
    <w:p w14:paraId="16FC2B23" w14:textId="5119086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 xml:space="preserve">Sie </w:t>
      </w:r>
      <w:proofErr w:type="spellStart"/>
      <w:r>
        <w:t>bezeichnet</w:t>
      </w:r>
      <w:proofErr w:type="spellEnd"/>
      <w:r>
        <w:t xml:space="preserve"> die Person, die auf die Website </w:t>
      </w:r>
      <w:proofErr w:type="spellStart"/>
      <w:r>
        <w:t>zugreift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nutzt</w:t>
      </w:r>
      <w:proofErr w:type="spellEnd"/>
      <w:r>
        <w:t xml:space="preserve">,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bzw</w:t>
      </w:r>
      <w:proofErr w:type="spellEnd"/>
      <w:r>
        <w:t xml:space="preserve">.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juristische</w:t>
      </w:r>
      <w:proofErr w:type="spellEnd"/>
      <w:r>
        <w:t xml:space="preserve"> Person, in </w:t>
      </w:r>
      <w:proofErr w:type="spellStart"/>
      <w:r>
        <w:t>deren</w:t>
      </w:r>
      <w:proofErr w:type="spellEnd"/>
      <w:r>
        <w:t xml:space="preserve"> Namen </w:t>
      </w:r>
      <w:proofErr w:type="spellStart"/>
      <w:r>
        <w:t>diese</w:t>
      </w:r>
      <w:proofErr w:type="spellEnd"/>
      <w:r>
        <w:t xml:space="preserve"> Person auf die Website </w:t>
      </w:r>
      <w:proofErr w:type="spellStart"/>
      <w:r>
        <w:t>zugreift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nutzt</w:t>
      </w:r>
      <w:proofErr w:type="spellEnd"/>
      <w:r>
        <w:t xml:space="preserve">, </w:t>
      </w:r>
      <w:proofErr w:type="spellStart"/>
      <w:r>
        <w:t>soweit</w:t>
      </w:r>
      <w:proofErr w:type="spellEnd"/>
      <w:r>
        <w:t xml:space="preserve"> </w:t>
      </w:r>
      <w:proofErr w:type="spellStart"/>
      <w:r>
        <w:t>zutreffend</w:t>
      </w:r>
      <w:proofErr w:type="spellEnd"/>
      <w:r>
        <w:t>.</w:t>
      </w:r>
    </w:p>
    <w:p w14:paraId="47F012C0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4CC4219D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2D9ACE34" w14:textId="600C23BE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proofErr w:type="spellStart"/>
      <w:r>
        <w:lastRenderedPageBreak/>
        <w:t>Verwendung</w:t>
      </w:r>
      <w:proofErr w:type="spellEnd"/>
      <w:r>
        <w:t xml:space="preserve"> von Cookies</w:t>
      </w:r>
    </w:p>
    <w:p w14:paraId="26E5720A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4B54B89B" w14:textId="1B4A6BF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proofErr w:type="spellStart"/>
      <w:r>
        <w:t>Arten</w:t>
      </w:r>
      <w:proofErr w:type="spellEnd"/>
      <w:r>
        <w:t xml:space="preserve"> von Cookies, die </w:t>
      </w:r>
      <w:proofErr w:type="spellStart"/>
      <w:r>
        <w:t>wir</w:t>
      </w:r>
      <w:proofErr w:type="spellEnd"/>
      <w:r>
        <w:t xml:space="preserve"> </w:t>
      </w:r>
      <w:proofErr w:type="spellStart"/>
      <w:r>
        <w:t>verwenden</w:t>
      </w:r>
      <w:proofErr w:type="spellEnd"/>
    </w:p>
    <w:p w14:paraId="0C3AFD62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4E1761BB" w14:textId="2A4B735A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 xml:space="preserve">Cookies </w:t>
      </w:r>
      <w:proofErr w:type="spellStart"/>
      <w:r>
        <w:t>können</w:t>
      </w:r>
      <w:proofErr w:type="spellEnd"/>
      <w:r>
        <w:t xml:space="preserve"> „</w:t>
      </w:r>
      <w:proofErr w:type="spellStart"/>
      <w:proofErr w:type="gramStart"/>
      <w:r>
        <w:t>dauerhafte</w:t>
      </w:r>
      <w:proofErr w:type="spellEnd"/>
      <w:r>
        <w:t>“ (</w:t>
      </w:r>
      <w:proofErr w:type="gramEnd"/>
      <w:r>
        <w:t xml:space="preserve">Persistent) </w:t>
      </w:r>
      <w:proofErr w:type="spellStart"/>
      <w:r>
        <w:t>oder</w:t>
      </w:r>
      <w:proofErr w:type="spellEnd"/>
      <w:r>
        <w:t xml:space="preserve"> „</w:t>
      </w:r>
      <w:proofErr w:type="spellStart"/>
      <w:r>
        <w:t>Sitzungs</w:t>
      </w:r>
      <w:proofErr w:type="spellEnd"/>
      <w:proofErr w:type="gramStart"/>
      <w:r>
        <w:t>-“ (</w:t>
      </w:r>
      <w:proofErr w:type="gramEnd"/>
      <w:r>
        <w:t xml:space="preserve">Session) Cookies sein. </w:t>
      </w:r>
      <w:proofErr w:type="spellStart"/>
      <w:r>
        <w:t>Dauerhafte</w:t>
      </w:r>
      <w:proofErr w:type="spellEnd"/>
      <w:r>
        <w:t xml:space="preserve"> Cookies </w:t>
      </w:r>
      <w:proofErr w:type="spellStart"/>
      <w:r>
        <w:t>bleiben</w:t>
      </w:r>
      <w:proofErr w:type="spellEnd"/>
      <w:r>
        <w:t xml:space="preserve"> auf </w:t>
      </w:r>
      <w:proofErr w:type="spellStart"/>
      <w:r>
        <w:t>Ihrem</w:t>
      </w:r>
      <w:proofErr w:type="spellEnd"/>
      <w:r>
        <w:t xml:space="preserve"> Computer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mobilen</w:t>
      </w:r>
      <w:proofErr w:type="spellEnd"/>
      <w:r>
        <w:t xml:space="preserve"> </w:t>
      </w:r>
      <w:proofErr w:type="spellStart"/>
      <w:r>
        <w:t>Gerät</w:t>
      </w:r>
      <w:proofErr w:type="spellEnd"/>
      <w:r>
        <w:t xml:space="preserve"> </w:t>
      </w:r>
      <w:proofErr w:type="spellStart"/>
      <w:r>
        <w:t>gespeichert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Sie offline </w:t>
      </w:r>
      <w:proofErr w:type="spellStart"/>
      <w:r>
        <w:t>gehen</w:t>
      </w:r>
      <w:proofErr w:type="spellEnd"/>
      <w:r>
        <w:t xml:space="preserve">, </w:t>
      </w:r>
      <w:proofErr w:type="spellStart"/>
      <w:r>
        <w:t>während</w:t>
      </w:r>
      <w:proofErr w:type="spellEnd"/>
      <w:r>
        <w:t xml:space="preserve"> </w:t>
      </w:r>
      <w:proofErr w:type="spellStart"/>
      <w:r>
        <w:t>Sitzungs</w:t>
      </w:r>
      <w:proofErr w:type="spellEnd"/>
      <w:r>
        <w:t xml:space="preserve">-Cookies </w:t>
      </w:r>
      <w:proofErr w:type="spellStart"/>
      <w:r>
        <w:t>gelöscht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</w:t>
      </w:r>
      <w:proofErr w:type="spellStart"/>
      <w:r>
        <w:t>sobald</w:t>
      </w:r>
      <w:proofErr w:type="spellEnd"/>
      <w:r>
        <w:t xml:space="preserve"> Sie </w:t>
      </w:r>
      <w:proofErr w:type="spellStart"/>
      <w:r>
        <w:t>Ihren</w:t>
      </w:r>
      <w:proofErr w:type="spellEnd"/>
      <w:r>
        <w:t xml:space="preserve"> </w:t>
      </w:r>
      <w:proofErr w:type="spellStart"/>
      <w:r>
        <w:t>Webbrowser</w:t>
      </w:r>
      <w:proofErr w:type="spellEnd"/>
      <w:r>
        <w:t xml:space="preserve"> </w:t>
      </w:r>
      <w:proofErr w:type="spellStart"/>
      <w:r>
        <w:t>schließen</w:t>
      </w:r>
      <w:proofErr w:type="spellEnd"/>
      <w:r>
        <w:t>.</w:t>
      </w:r>
    </w:p>
    <w:p w14:paraId="720D278F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7DB396FA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proofErr w:type="spellStart"/>
      <w:r>
        <w:t>Soweit</w:t>
      </w:r>
      <w:proofErr w:type="spellEnd"/>
      <w:r>
        <w:t xml:space="preserve"> </w:t>
      </w:r>
      <w:proofErr w:type="spellStart"/>
      <w:r>
        <w:t>gesetzlich</w:t>
      </w:r>
      <w:proofErr w:type="spellEnd"/>
      <w:r>
        <w:t xml:space="preserve"> </w:t>
      </w:r>
      <w:proofErr w:type="spellStart"/>
      <w:r>
        <w:t>erforderlich</w:t>
      </w:r>
      <w:proofErr w:type="spellEnd"/>
      <w:r>
        <w:t xml:space="preserve">, </w:t>
      </w:r>
      <w:proofErr w:type="spellStart"/>
      <w:r>
        <w:t>holen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Zustimmung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, bevor </w:t>
      </w:r>
      <w:proofErr w:type="spellStart"/>
      <w:r>
        <w:t>wir</w:t>
      </w:r>
      <w:proofErr w:type="spellEnd"/>
      <w:r>
        <w:t xml:space="preserve"> Cookies </w:t>
      </w:r>
      <w:proofErr w:type="spellStart"/>
      <w:r>
        <w:t>verwenden</w:t>
      </w:r>
      <w:proofErr w:type="spellEnd"/>
      <w:r>
        <w:t xml:space="preserve">, die nicht </w:t>
      </w:r>
      <w:proofErr w:type="spellStart"/>
      <w:r>
        <w:t>unbedingt</w:t>
      </w:r>
      <w:proofErr w:type="spellEnd"/>
      <w:r>
        <w:t xml:space="preserve"> </w:t>
      </w:r>
      <w:proofErr w:type="spellStart"/>
      <w:r>
        <w:t>erforderlich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. </w:t>
      </w:r>
      <w:proofErr w:type="spellStart"/>
      <w:r>
        <w:t>Unbedingt</w:t>
      </w:r>
      <w:proofErr w:type="spellEnd"/>
      <w:r>
        <w:t xml:space="preserve"> </w:t>
      </w:r>
      <w:proofErr w:type="spellStart"/>
      <w:r>
        <w:t>erforderliche</w:t>
      </w:r>
      <w:proofErr w:type="spellEnd"/>
      <w:r>
        <w:t xml:space="preserve"> Cookies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verwendet</w:t>
      </w:r>
      <w:proofErr w:type="spellEnd"/>
      <w:r>
        <w:t xml:space="preserve">, um die Website </w:t>
      </w:r>
      <w:proofErr w:type="spellStart"/>
      <w:r>
        <w:t>bereitzustellen</w:t>
      </w:r>
      <w:proofErr w:type="spellEnd"/>
      <w:r>
        <w:t xml:space="preserve">, und </w:t>
      </w:r>
      <w:proofErr w:type="spellStart"/>
      <w:r>
        <w:t>können</w:t>
      </w:r>
      <w:proofErr w:type="spellEnd"/>
      <w:r>
        <w:t xml:space="preserve"> in </w:t>
      </w:r>
      <w:proofErr w:type="spellStart"/>
      <w:r>
        <w:t>unseren</w:t>
      </w:r>
      <w:proofErr w:type="spellEnd"/>
      <w:r>
        <w:t xml:space="preserve"> </w:t>
      </w:r>
      <w:proofErr w:type="spellStart"/>
      <w:r>
        <w:t>Systemen</w:t>
      </w:r>
      <w:proofErr w:type="spellEnd"/>
      <w:r>
        <w:t xml:space="preserve"> nicht </w:t>
      </w:r>
      <w:proofErr w:type="spellStart"/>
      <w:r>
        <w:t>deaktiviert</w:t>
      </w:r>
      <w:proofErr w:type="spellEnd"/>
      <w:r>
        <w:t xml:space="preserve"> </w:t>
      </w:r>
      <w:proofErr w:type="spellStart"/>
      <w:r>
        <w:t>werden</w:t>
      </w:r>
      <w:proofErr w:type="spellEnd"/>
      <w:r>
        <w:t>.</w:t>
      </w:r>
    </w:p>
    <w:p w14:paraId="6DB3E296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290898BE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 xml:space="preserve">Wir </w:t>
      </w:r>
      <w:proofErr w:type="spellStart"/>
      <w:r>
        <w:t>verwenden</w:t>
      </w:r>
      <w:proofErr w:type="spellEnd"/>
      <w:r>
        <w:t xml:space="preserve"> </w:t>
      </w:r>
      <w:proofErr w:type="spellStart"/>
      <w:r>
        <w:t>sowohl</w:t>
      </w:r>
      <w:proofErr w:type="spellEnd"/>
      <w:r>
        <w:t xml:space="preserve"> </w:t>
      </w:r>
      <w:proofErr w:type="spellStart"/>
      <w:r>
        <w:t>Sitzungs</w:t>
      </w:r>
      <w:proofErr w:type="spellEnd"/>
      <w:r>
        <w:t xml:space="preserve">- </w:t>
      </w:r>
      <w:proofErr w:type="spellStart"/>
      <w:r>
        <w:t>als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dauerhafte</w:t>
      </w:r>
      <w:proofErr w:type="spellEnd"/>
      <w:r>
        <w:t xml:space="preserve"> Cookies für die </w:t>
      </w:r>
      <w:proofErr w:type="spellStart"/>
      <w:r>
        <w:t>nachstehend</w:t>
      </w:r>
      <w:proofErr w:type="spellEnd"/>
      <w:r>
        <w:t xml:space="preserve"> </w:t>
      </w:r>
      <w:proofErr w:type="spellStart"/>
      <w:r>
        <w:t>genannten</w:t>
      </w:r>
      <w:proofErr w:type="spellEnd"/>
      <w:r>
        <w:t xml:space="preserve"> Zwecke:</w:t>
      </w:r>
    </w:p>
    <w:p w14:paraId="77140621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1103EC9A" w14:textId="4BF7A8D0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proofErr w:type="spellStart"/>
      <w:r>
        <w:t>Notwendige</w:t>
      </w:r>
      <w:proofErr w:type="spellEnd"/>
      <w:r>
        <w:t xml:space="preserve"> / </w:t>
      </w:r>
      <w:proofErr w:type="spellStart"/>
      <w:r>
        <w:t>essentielle</w:t>
      </w:r>
      <w:proofErr w:type="spellEnd"/>
      <w:r>
        <w:t xml:space="preserve"> Cookies</w:t>
      </w:r>
    </w:p>
    <w:p w14:paraId="0F03805C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1CA31026" w14:textId="6DF14503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proofErr w:type="spellStart"/>
      <w:proofErr w:type="gramStart"/>
      <w:r>
        <w:t>Typ:Sitzungs</w:t>
      </w:r>
      <w:proofErr w:type="gramEnd"/>
      <w:r>
        <w:t>-Cookies</w:t>
      </w:r>
      <w:proofErr w:type="spellEnd"/>
    </w:p>
    <w:p w14:paraId="36AF4A1D" w14:textId="289A617B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proofErr w:type="spellStart"/>
      <w:r>
        <w:t>Verwaltet</w:t>
      </w:r>
      <w:proofErr w:type="spellEnd"/>
      <w:r>
        <w:t xml:space="preserve"> von: </w:t>
      </w:r>
      <w:proofErr w:type="spellStart"/>
      <w:r>
        <w:t>Uns</w:t>
      </w:r>
      <w:proofErr w:type="spellEnd"/>
    </w:p>
    <w:p w14:paraId="7DBAF8DF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08EA8803" w14:textId="2E25E5D9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 xml:space="preserve">Zweck: </w:t>
      </w:r>
      <w:proofErr w:type="spellStart"/>
      <w:r>
        <w:t>Diese</w:t>
      </w:r>
      <w:proofErr w:type="spellEnd"/>
      <w:r>
        <w:t xml:space="preserve"> Cookies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unerlässlich</w:t>
      </w:r>
      <w:proofErr w:type="spellEnd"/>
      <w:r>
        <w:t xml:space="preserve">, um Ihnen die </w:t>
      </w:r>
      <w:proofErr w:type="spellStart"/>
      <w:r>
        <w:t>über</w:t>
      </w:r>
      <w:proofErr w:type="spellEnd"/>
      <w:r>
        <w:t xml:space="preserve"> die Website </w:t>
      </w:r>
      <w:proofErr w:type="spellStart"/>
      <w:r>
        <w:t>verfügbaren</w:t>
      </w:r>
      <w:proofErr w:type="spellEnd"/>
      <w:r>
        <w:t xml:space="preserve"> </w:t>
      </w:r>
      <w:proofErr w:type="spellStart"/>
      <w:r>
        <w:t>Dienste</w:t>
      </w:r>
      <w:proofErr w:type="spellEnd"/>
      <w:r>
        <w:t xml:space="preserve"> </w:t>
      </w:r>
      <w:proofErr w:type="spellStart"/>
      <w:r>
        <w:t>bereitzustellen</w:t>
      </w:r>
      <w:proofErr w:type="spellEnd"/>
      <w:r>
        <w:t xml:space="preserve"> und Ihnen die </w:t>
      </w:r>
      <w:proofErr w:type="spellStart"/>
      <w:r>
        <w:t>Nutzung</w:t>
      </w:r>
      <w:proofErr w:type="spellEnd"/>
      <w:r>
        <w:t xml:space="preserve"> </w:t>
      </w:r>
      <w:proofErr w:type="spellStart"/>
      <w:r>
        <w:t>einiger</w:t>
      </w:r>
      <w:proofErr w:type="spellEnd"/>
      <w:r>
        <w:t xml:space="preserve"> </w:t>
      </w:r>
      <w:proofErr w:type="spellStart"/>
      <w:r>
        <w:t>Funktionen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ermöglichen</w:t>
      </w:r>
      <w:proofErr w:type="spellEnd"/>
      <w:r>
        <w:t xml:space="preserve">. Sie </w:t>
      </w:r>
      <w:proofErr w:type="spellStart"/>
      <w:r>
        <w:t>helfen</w:t>
      </w:r>
      <w:proofErr w:type="spellEnd"/>
      <w:r>
        <w:t xml:space="preserve"> </w:t>
      </w:r>
      <w:proofErr w:type="spellStart"/>
      <w:r>
        <w:t>dabei</w:t>
      </w:r>
      <w:proofErr w:type="spellEnd"/>
      <w:r>
        <w:t xml:space="preserve">, </w:t>
      </w:r>
      <w:proofErr w:type="spellStart"/>
      <w:r>
        <w:t>Nutzer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authentifizieren</w:t>
      </w:r>
      <w:proofErr w:type="spellEnd"/>
      <w:r>
        <w:t xml:space="preserve"> und </w:t>
      </w:r>
      <w:proofErr w:type="spellStart"/>
      <w:r>
        <w:t>betrügerische</w:t>
      </w:r>
      <w:proofErr w:type="spellEnd"/>
      <w:r>
        <w:t xml:space="preserve"> </w:t>
      </w:r>
      <w:proofErr w:type="spellStart"/>
      <w:r>
        <w:t>Nutzung</w:t>
      </w:r>
      <w:proofErr w:type="spellEnd"/>
      <w:r>
        <w:t xml:space="preserve"> von </w:t>
      </w:r>
      <w:proofErr w:type="spellStart"/>
      <w:r>
        <w:t>Benutzerkonten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verhindern</w:t>
      </w:r>
      <w:proofErr w:type="spellEnd"/>
      <w:r>
        <w:t xml:space="preserve">. </w:t>
      </w:r>
      <w:proofErr w:type="spellStart"/>
      <w:r>
        <w:t>Ohne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Cookies </w:t>
      </w:r>
      <w:proofErr w:type="spellStart"/>
      <w:r>
        <w:t>können</w:t>
      </w:r>
      <w:proofErr w:type="spellEnd"/>
      <w:r>
        <w:t xml:space="preserve"> die von Ihnen </w:t>
      </w:r>
      <w:proofErr w:type="spellStart"/>
      <w:r>
        <w:t>angeforderten</w:t>
      </w:r>
      <w:proofErr w:type="spellEnd"/>
      <w:r>
        <w:t xml:space="preserve"> </w:t>
      </w:r>
      <w:proofErr w:type="spellStart"/>
      <w:r>
        <w:t>Dienste</w:t>
      </w:r>
      <w:proofErr w:type="spellEnd"/>
      <w:r>
        <w:t xml:space="preserve"> nicht </w:t>
      </w:r>
      <w:proofErr w:type="spellStart"/>
      <w:r>
        <w:t>bereitgestellt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und </w:t>
      </w:r>
      <w:proofErr w:type="spellStart"/>
      <w:r>
        <w:t>wir</w:t>
      </w:r>
      <w:proofErr w:type="spellEnd"/>
      <w:r>
        <w:t xml:space="preserve"> </w:t>
      </w:r>
      <w:proofErr w:type="spellStart"/>
      <w:r>
        <w:t>verwenden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Cookies </w:t>
      </w:r>
      <w:proofErr w:type="spellStart"/>
      <w:r>
        <w:t>ausschließlich</w:t>
      </w:r>
      <w:proofErr w:type="spellEnd"/>
      <w:r>
        <w:t xml:space="preserve">, um Ihnen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Dienste</w:t>
      </w:r>
      <w:proofErr w:type="spellEnd"/>
      <w:r>
        <w:t xml:space="preserve"> </w:t>
      </w:r>
      <w:proofErr w:type="spellStart"/>
      <w:r>
        <w:t>bereitzustellen</w:t>
      </w:r>
      <w:proofErr w:type="spellEnd"/>
      <w:r>
        <w:t>.</w:t>
      </w:r>
    </w:p>
    <w:p w14:paraId="28709E74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037B86EF" w14:textId="7EEF771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proofErr w:type="spellStart"/>
      <w:r>
        <w:t>Funktions</w:t>
      </w:r>
      <w:proofErr w:type="spellEnd"/>
      <w:r>
        <w:t>-Cookies</w:t>
      </w:r>
    </w:p>
    <w:p w14:paraId="3A16A774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1876B76C" w14:textId="5E888DED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proofErr w:type="spellStart"/>
      <w:r>
        <w:t>Typ</w:t>
      </w:r>
      <w:proofErr w:type="spellEnd"/>
      <w:r>
        <w:t xml:space="preserve">: </w:t>
      </w:r>
      <w:proofErr w:type="spellStart"/>
      <w:r>
        <w:t>Dauerhafte</w:t>
      </w:r>
      <w:proofErr w:type="spellEnd"/>
      <w:r>
        <w:t xml:space="preserve"> Cookies</w:t>
      </w:r>
    </w:p>
    <w:p w14:paraId="1D67644E" w14:textId="73B2D1E8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proofErr w:type="spellStart"/>
      <w:r>
        <w:t>Verwaltet</w:t>
      </w:r>
      <w:proofErr w:type="spellEnd"/>
      <w:r>
        <w:t xml:space="preserve"> von: </w:t>
      </w:r>
      <w:proofErr w:type="spellStart"/>
      <w:r>
        <w:t>Uns</w:t>
      </w:r>
      <w:proofErr w:type="spellEnd"/>
    </w:p>
    <w:p w14:paraId="227FD569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1D2AE527" w14:textId="187F6B26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 xml:space="preserve">Zweck: </w:t>
      </w:r>
      <w:proofErr w:type="spellStart"/>
      <w:r>
        <w:t>Diese</w:t>
      </w:r>
      <w:proofErr w:type="spellEnd"/>
      <w:r>
        <w:t xml:space="preserve"> Cookies </w:t>
      </w:r>
      <w:proofErr w:type="spellStart"/>
      <w:r>
        <w:t>ermöglichen</w:t>
      </w:r>
      <w:proofErr w:type="spellEnd"/>
      <w:r>
        <w:t xml:space="preserve"> es </w:t>
      </w:r>
      <w:proofErr w:type="spellStart"/>
      <w:r>
        <w:t>uns</w:t>
      </w:r>
      <w:proofErr w:type="spellEnd"/>
      <w:r>
        <w:t xml:space="preserve">,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Entscheidungen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speichern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Sie die Website </w:t>
      </w:r>
      <w:proofErr w:type="spellStart"/>
      <w:r>
        <w:t>nutzen</w:t>
      </w:r>
      <w:proofErr w:type="spellEnd"/>
      <w:r>
        <w:t xml:space="preserve">, </w:t>
      </w:r>
      <w:proofErr w:type="spellStart"/>
      <w:r>
        <w:t>zum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Anmeldedaten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Spracheinstellungen</w:t>
      </w:r>
      <w:proofErr w:type="spellEnd"/>
      <w:r>
        <w:t xml:space="preserve">. Der Zweck </w:t>
      </w:r>
      <w:proofErr w:type="spellStart"/>
      <w:r>
        <w:t>dieser</w:t>
      </w:r>
      <w:proofErr w:type="spellEnd"/>
      <w:r>
        <w:t xml:space="preserve"> Cookies </w:t>
      </w:r>
      <w:proofErr w:type="spellStart"/>
      <w:r>
        <w:t>ist</w:t>
      </w:r>
      <w:proofErr w:type="spellEnd"/>
      <w:r>
        <w:t xml:space="preserve"> es, Ihnen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persönlichere</w:t>
      </w:r>
      <w:proofErr w:type="spellEnd"/>
      <w:r>
        <w:t xml:space="preserve"> </w:t>
      </w:r>
      <w:proofErr w:type="spellStart"/>
      <w:r>
        <w:t>Erfahrung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bieten</w:t>
      </w:r>
      <w:proofErr w:type="spellEnd"/>
      <w:r>
        <w:t xml:space="preserve"> und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vermeiden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Sie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Einstellungen</w:t>
      </w:r>
      <w:proofErr w:type="spellEnd"/>
      <w:r>
        <w:t xml:space="preserve"> </w:t>
      </w:r>
      <w:proofErr w:type="spellStart"/>
      <w:r>
        <w:t>jedes</w:t>
      </w:r>
      <w:proofErr w:type="spellEnd"/>
      <w:r>
        <w:t xml:space="preserve"> Mal </w:t>
      </w:r>
      <w:proofErr w:type="spellStart"/>
      <w:r>
        <w:t>erneut</w:t>
      </w:r>
      <w:proofErr w:type="spellEnd"/>
      <w:r>
        <w:t xml:space="preserve"> </w:t>
      </w:r>
      <w:proofErr w:type="spellStart"/>
      <w:r>
        <w:t>eingeben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Sie die Website </w:t>
      </w:r>
      <w:proofErr w:type="spellStart"/>
      <w:r>
        <w:t>nutzen</w:t>
      </w:r>
      <w:proofErr w:type="spellEnd"/>
      <w:r>
        <w:t>.</w:t>
      </w:r>
    </w:p>
    <w:p w14:paraId="024F815C" w14:textId="77777777" w:rsidR="00495C21" w:rsidRDefault="00495C21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0D1DF0A0" w14:textId="77777777" w:rsidR="00495C21" w:rsidRDefault="00495C21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5FADF06D" w14:textId="77777777" w:rsidR="00495C21" w:rsidRDefault="00495C21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66477CC4" w14:textId="77777777" w:rsidR="00495C21" w:rsidRDefault="00495C21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77B97891" w14:textId="3F225733" w:rsidR="00FE46DB" w:rsidRDefault="00FE46DB" w:rsidP="00495C21">
      <w:pPr>
        <w:pStyle w:val="Aufzhlungszeichen"/>
        <w:numPr>
          <w:ilvl w:val="0"/>
          <w:numId w:val="0"/>
        </w:numPr>
        <w:ind w:left="360"/>
        <w:jc w:val="both"/>
      </w:pPr>
      <w:proofErr w:type="spellStart"/>
      <w:r>
        <w:lastRenderedPageBreak/>
        <w:t>Ihre</w:t>
      </w:r>
      <w:proofErr w:type="spellEnd"/>
      <w:r>
        <w:t xml:space="preserve"> </w:t>
      </w:r>
      <w:proofErr w:type="spellStart"/>
      <w:r>
        <w:t>Wahlmöglichkeiten</w:t>
      </w:r>
      <w:proofErr w:type="spellEnd"/>
      <w:r>
        <w:t xml:space="preserve"> </w:t>
      </w:r>
      <w:proofErr w:type="spellStart"/>
      <w:r>
        <w:t>bezüglich</w:t>
      </w:r>
      <w:proofErr w:type="spellEnd"/>
      <w:r>
        <w:t xml:space="preserve"> Cookies</w:t>
      </w:r>
    </w:p>
    <w:p w14:paraId="52DF2366" w14:textId="77777777" w:rsidR="00495C21" w:rsidRDefault="00495C21" w:rsidP="00495C21">
      <w:pPr>
        <w:pStyle w:val="Aufzhlungszeichen"/>
        <w:numPr>
          <w:ilvl w:val="0"/>
          <w:numId w:val="0"/>
        </w:numPr>
        <w:ind w:left="360"/>
        <w:jc w:val="both"/>
      </w:pPr>
    </w:p>
    <w:p w14:paraId="21534219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 xml:space="preserve">Wenn Sie die </w:t>
      </w:r>
      <w:proofErr w:type="spellStart"/>
      <w:r>
        <w:t>Verwendung</w:t>
      </w:r>
      <w:proofErr w:type="spellEnd"/>
      <w:r>
        <w:t xml:space="preserve"> von Cookies auf der Website </w:t>
      </w:r>
      <w:proofErr w:type="spellStart"/>
      <w:r>
        <w:t>vermeiden</w:t>
      </w:r>
      <w:proofErr w:type="spellEnd"/>
      <w:r>
        <w:t xml:space="preserve"> </w:t>
      </w:r>
      <w:proofErr w:type="spellStart"/>
      <w:r>
        <w:t>möchten</w:t>
      </w:r>
      <w:proofErr w:type="spellEnd"/>
      <w:r>
        <w:t xml:space="preserve">, </w:t>
      </w:r>
      <w:proofErr w:type="spellStart"/>
      <w:r>
        <w:t>müssen</w:t>
      </w:r>
      <w:proofErr w:type="spellEnd"/>
      <w:r>
        <w:t xml:space="preserve"> Sie </w:t>
      </w:r>
      <w:proofErr w:type="spellStart"/>
      <w:r>
        <w:t>zunächst</w:t>
      </w:r>
      <w:proofErr w:type="spellEnd"/>
      <w:r>
        <w:t xml:space="preserve"> die </w:t>
      </w:r>
      <w:proofErr w:type="spellStart"/>
      <w:r>
        <w:t>Verwendung</w:t>
      </w:r>
      <w:proofErr w:type="spellEnd"/>
      <w:r>
        <w:t xml:space="preserve"> von Cookies in </w:t>
      </w:r>
      <w:proofErr w:type="spellStart"/>
      <w:r>
        <w:t>Ihrem</w:t>
      </w:r>
      <w:proofErr w:type="spellEnd"/>
      <w:r>
        <w:t xml:space="preserve"> Browser </w:t>
      </w:r>
      <w:proofErr w:type="spellStart"/>
      <w:r>
        <w:t>deaktivieren</w:t>
      </w:r>
      <w:proofErr w:type="spellEnd"/>
      <w:r>
        <w:t xml:space="preserve"> und </w:t>
      </w:r>
      <w:proofErr w:type="spellStart"/>
      <w:r>
        <w:t>anschließend</w:t>
      </w:r>
      <w:proofErr w:type="spellEnd"/>
      <w:r>
        <w:t xml:space="preserve"> die in </w:t>
      </w:r>
      <w:proofErr w:type="spellStart"/>
      <w:r>
        <w:t>Ihrem</w:t>
      </w:r>
      <w:proofErr w:type="spellEnd"/>
      <w:r>
        <w:t xml:space="preserve"> Browser </w:t>
      </w:r>
      <w:proofErr w:type="spellStart"/>
      <w:r>
        <w:t>gespeicherten</w:t>
      </w:r>
      <w:proofErr w:type="spellEnd"/>
      <w:r>
        <w:t xml:space="preserve"> Cookies </w:t>
      </w:r>
      <w:proofErr w:type="spellStart"/>
      <w:r>
        <w:t>löschen</w:t>
      </w:r>
      <w:proofErr w:type="spellEnd"/>
      <w:r>
        <w:t xml:space="preserve">, die </w:t>
      </w:r>
      <w:proofErr w:type="spellStart"/>
      <w:r>
        <w:t>mit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Website </w:t>
      </w:r>
      <w:proofErr w:type="spellStart"/>
      <w:r>
        <w:t>verbunden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. Sie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Option </w:t>
      </w:r>
      <w:proofErr w:type="spellStart"/>
      <w:r>
        <w:t>jederzeit</w:t>
      </w:r>
      <w:proofErr w:type="spellEnd"/>
      <w:r>
        <w:t xml:space="preserve"> </w:t>
      </w:r>
      <w:proofErr w:type="spellStart"/>
      <w:r>
        <w:t>nutzen</w:t>
      </w:r>
      <w:proofErr w:type="spellEnd"/>
      <w:r>
        <w:t xml:space="preserve">, um die </w:t>
      </w:r>
      <w:proofErr w:type="spellStart"/>
      <w:r>
        <w:t>Verwendung</w:t>
      </w:r>
      <w:proofErr w:type="spellEnd"/>
      <w:r>
        <w:t xml:space="preserve"> von Cookies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verhindern</w:t>
      </w:r>
      <w:proofErr w:type="spellEnd"/>
      <w:r>
        <w:t>.</w:t>
      </w:r>
    </w:p>
    <w:p w14:paraId="121B7075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41B5F4E5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 xml:space="preserve">Wenn Sie </w:t>
      </w:r>
      <w:proofErr w:type="spellStart"/>
      <w:r>
        <w:t>unsere</w:t>
      </w:r>
      <w:proofErr w:type="spellEnd"/>
      <w:r>
        <w:t xml:space="preserve"> Cookies nicht </w:t>
      </w:r>
      <w:proofErr w:type="spellStart"/>
      <w:r>
        <w:t>akzeptieren</w:t>
      </w:r>
      <w:proofErr w:type="spellEnd"/>
      <w:r>
        <w:t xml:space="preserve">, </w:t>
      </w:r>
      <w:proofErr w:type="spellStart"/>
      <w:r>
        <w:t>kann</w:t>
      </w:r>
      <w:proofErr w:type="spellEnd"/>
      <w:r>
        <w:t xml:space="preserve"> es </w:t>
      </w:r>
      <w:proofErr w:type="spellStart"/>
      <w:r>
        <w:t>bei</w:t>
      </w:r>
      <w:proofErr w:type="spellEnd"/>
      <w:r>
        <w:t xml:space="preserve"> der </w:t>
      </w:r>
      <w:proofErr w:type="spellStart"/>
      <w:r>
        <w:t>Nutzung</w:t>
      </w:r>
      <w:proofErr w:type="spellEnd"/>
      <w:r>
        <w:t xml:space="preserve"> der Website </w:t>
      </w:r>
      <w:proofErr w:type="spellStart"/>
      <w:r>
        <w:t>zu</w:t>
      </w:r>
      <w:proofErr w:type="spellEnd"/>
      <w:r>
        <w:t xml:space="preserve"> </w:t>
      </w:r>
      <w:proofErr w:type="spellStart"/>
      <w:r>
        <w:t>einigen</w:t>
      </w:r>
      <w:proofErr w:type="spellEnd"/>
      <w:r>
        <w:t xml:space="preserve"> </w:t>
      </w:r>
      <w:proofErr w:type="spellStart"/>
      <w:r>
        <w:t>Unannehmlichkeiten</w:t>
      </w:r>
      <w:proofErr w:type="spellEnd"/>
      <w:r>
        <w:t xml:space="preserve"> </w:t>
      </w:r>
      <w:proofErr w:type="spellStart"/>
      <w:r>
        <w:t>kommen</w:t>
      </w:r>
      <w:proofErr w:type="spellEnd"/>
      <w:r>
        <w:t xml:space="preserve">, und </w:t>
      </w:r>
      <w:proofErr w:type="spellStart"/>
      <w:r>
        <w:t>einige</w:t>
      </w:r>
      <w:proofErr w:type="spellEnd"/>
      <w:r>
        <w:t xml:space="preserve"> </w:t>
      </w:r>
      <w:proofErr w:type="spellStart"/>
      <w:r>
        <w:t>Funktionen</w:t>
      </w:r>
      <w:proofErr w:type="spellEnd"/>
      <w:r>
        <w:t xml:space="preserve"> </w:t>
      </w:r>
      <w:proofErr w:type="spellStart"/>
      <w:r>
        <w:t>funktionieren</w:t>
      </w:r>
      <w:proofErr w:type="spellEnd"/>
      <w:r>
        <w:t xml:space="preserve"> </w:t>
      </w:r>
      <w:proofErr w:type="spellStart"/>
      <w:r>
        <w:t>möglicherweise</w:t>
      </w:r>
      <w:proofErr w:type="spellEnd"/>
      <w:r>
        <w:t xml:space="preserve"> nicht </w:t>
      </w:r>
      <w:proofErr w:type="spellStart"/>
      <w:r>
        <w:t>ordnungsgemäß</w:t>
      </w:r>
      <w:proofErr w:type="spellEnd"/>
      <w:r>
        <w:t>.</w:t>
      </w:r>
    </w:p>
    <w:p w14:paraId="7C80DE76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76E35CEF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 xml:space="preserve">Wenn Sie Cookies </w:t>
      </w:r>
      <w:proofErr w:type="spellStart"/>
      <w:r>
        <w:t>löschen</w:t>
      </w:r>
      <w:proofErr w:type="spellEnd"/>
      <w:r>
        <w:t xml:space="preserve"> </w:t>
      </w:r>
      <w:proofErr w:type="spellStart"/>
      <w:r>
        <w:t>möchten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Ihren</w:t>
      </w:r>
      <w:proofErr w:type="spellEnd"/>
      <w:r>
        <w:t xml:space="preserve"> </w:t>
      </w:r>
      <w:proofErr w:type="spellStart"/>
      <w:r>
        <w:t>Webbrowser</w:t>
      </w:r>
      <w:proofErr w:type="spellEnd"/>
      <w:r>
        <w:t xml:space="preserve"> </w:t>
      </w:r>
      <w:proofErr w:type="spellStart"/>
      <w:r>
        <w:t>anweisen</w:t>
      </w:r>
      <w:proofErr w:type="spellEnd"/>
      <w:r>
        <w:t xml:space="preserve"> </w:t>
      </w:r>
      <w:proofErr w:type="spellStart"/>
      <w:r>
        <w:t>möchten</w:t>
      </w:r>
      <w:proofErr w:type="spellEnd"/>
      <w:r>
        <w:t xml:space="preserve">, Cookies </w:t>
      </w:r>
      <w:proofErr w:type="spellStart"/>
      <w:r>
        <w:t>zu</w:t>
      </w:r>
      <w:proofErr w:type="spellEnd"/>
      <w:r>
        <w:t xml:space="preserve"> </w:t>
      </w:r>
      <w:proofErr w:type="spellStart"/>
      <w:r>
        <w:t>löschen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abzulehnen</w:t>
      </w:r>
      <w:proofErr w:type="spellEnd"/>
      <w:r>
        <w:t xml:space="preserve">, </w:t>
      </w:r>
      <w:proofErr w:type="spellStart"/>
      <w:r>
        <w:t>besuchen</w:t>
      </w:r>
      <w:proofErr w:type="spellEnd"/>
      <w:r>
        <w:t xml:space="preserve"> Sie bitte die </w:t>
      </w:r>
      <w:proofErr w:type="spellStart"/>
      <w:r>
        <w:t>Hilfeseiten</w:t>
      </w:r>
      <w:proofErr w:type="spellEnd"/>
      <w:r>
        <w:t xml:space="preserve"> </w:t>
      </w:r>
      <w:proofErr w:type="spellStart"/>
      <w:r>
        <w:t>Ihres</w:t>
      </w:r>
      <w:proofErr w:type="spellEnd"/>
      <w:r>
        <w:t xml:space="preserve"> </w:t>
      </w:r>
      <w:proofErr w:type="spellStart"/>
      <w:r>
        <w:t>Webbrowsers</w:t>
      </w:r>
      <w:proofErr w:type="spellEnd"/>
      <w:r>
        <w:t>.</w:t>
      </w:r>
    </w:p>
    <w:p w14:paraId="0B7137A3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1170109B" w14:textId="46241E9B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>Für den Chrome-</w:t>
      </w:r>
      <w:proofErr w:type="spellStart"/>
      <w:r>
        <w:t>Webbrowser</w:t>
      </w:r>
      <w:proofErr w:type="spellEnd"/>
      <w:r>
        <w:t xml:space="preserve"> </w:t>
      </w:r>
      <w:proofErr w:type="spellStart"/>
      <w:r>
        <w:t>besuchen</w:t>
      </w:r>
      <w:proofErr w:type="spellEnd"/>
      <w:r>
        <w:t xml:space="preserve"> Sie bitte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Seite</w:t>
      </w:r>
      <w:proofErr w:type="spellEnd"/>
      <w:r>
        <w:t xml:space="preserve"> von Google:</w:t>
      </w:r>
    </w:p>
    <w:p w14:paraId="1339BA1E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>[</w:t>
      </w:r>
      <w:proofErr w:type="gramStart"/>
      <w:r>
        <w:t>https://support.google.com/accounts/answer/32050](</w:t>
      </w:r>
      <w:proofErr w:type="gramEnd"/>
      <w:r>
        <w:t>https://support.google.com/accounts/answer/32050)</w:t>
      </w:r>
    </w:p>
    <w:p w14:paraId="28A5C008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79C4B00B" w14:textId="4D8ADAE1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 xml:space="preserve">Für den Microsoft Edge-Browser </w:t>
      </w:r>
      <w:proofErr w:type="spellStart"/>
      <w:r>
        <w:t>besuchen</w:t>
      </w:r>
      <w:proofErr w:type="spellEnd"/>
      <w:r>
        <w:t xml:space="preserve"> Sie bitte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Seite</w:t>
      </w:r>
      <w:proofErr w:type="spellEnd"/>
      <w:r>
        <w:t xml:space="preserve"> von Microsoft:</w:t>
      </w:r>
    </w:p>
    <w:p w14:paraId="09A29E98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>[</w:t>
      </w:r>
      <w:proofErr w:type="gramStart"/>
      <w:r>
        <w:t>https://support.microsoft.com/microsoft-edge/delete-cookies-in-microsoft-edge-63947406-40ac-c3b8-57b9-2a946a29ae09](</w:t>
      </w:r>
      <w:proofErr w:type="gramEnd"/>
      <w:r>
        <w:t>https://support.microsoft.com/microsoft-edge/delete-cookies-in-microsoft-edge-63947406-40ac-c3b8-57b9-2a946a29ae09)</w:t>
      </w:r>
    </w:p>
    <w:p w14:paraId="3EAAE5CA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3D3E558B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 xml:space="preserve">Für den **Firefox-Webbrowser** </w:t>
      </w:r>
      <w:proofErr w:type="spellStart"/>
      <w:r>
        <w:t>besuchen</w:t>
      </w:r>
      <w:proofErr w:type="spellEnd"/>
      <w:r>
        <w:t xml:space="preserve"> Sie bitte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Seite</w:t>
      </w:r>
      <w:proofErr w:type="spellEnd"/>
      <w:r>
        <w:t xml:space="preserve"> von Mozilla:</w:t>
      </w:r>
    </w:p>
    <w:p w14:paraId="1B648333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>[</w:t>
      </w:r>
      <w:proofErr w:type="gramStart"/>
      <w:r>
        <w:t>https://support.mozilla.org/en-US/kb/delete-cookies-remove-info-websites-stored](</w:t>
      </w:r>
      <w:proofErr w:type="gramEnd"/>
      <w:r>
        <w:t>https://support.mozilla.org/en-US/kb/delete-cookies-remove-info-websites-stored)</w:t>
      </w:r>
    </w:p>
    <w:p w14:paraId="7A09FCDD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6C36931C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>Für den **Safari-</w:t>
      </w:r>
      <w:proofErr w:type="spellStart"/>
      <w:r>
        <w:t>Webbrowser</w:t>
      </w:r>
      <w:proofErr w:type="spellEnd"/>
      <w:r>
        <w:t xml:space="preserve">** </w:t>
      </w:r>
      <w:proofErr w:type="spellStart"/>
      <w:r>
        <w:t>besuchen</w:t>
      </w:r>
      <w:proofErr w:type="spellEnd"/>
      <w:r>
        <w:t xml:space="preserve"> Sie bitte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Seite</w:t>
      </w:r>
      <w:proofErr w:type="spellEnd"/>
      <w:r>
        <w:t xml:space="preserve"> von Apple:</w:t>
      </w:r>
    </w:p>
    <w:p w14:paraId="04B67783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>[</w:t>
      </w:r>
      <w:proofErr w:type="gramStart"/>
      <w:r>
        <w:t>https://support.apple.com/guide/safari/manage-cookies-and-website-data-sfri11471/mac](</w:t>
      </w:r>
      <w:proofErr w:type="gramEnd"/>
      <w:r>
        <w:t>https://support.apple.com/guide/safari/manage-cookies-and-website-data-sfri11471/mac)</w:t>
      </w:r>
    </w:p>
    <w:p w14:paraId="67138413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72BEC289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 xml:space="preserve">Für </w:t>
      </w:r>
      <w:proofErr w:type="spellStart"/>
      <w:r>
        <w:t>jeden</w:t>
      </w:r>
      <w:proofErr w:type="spellEnd"/>
      <w:r>
        <w:t xml:space="preserve"> </w:t>
      </w:r>
      <w:proofErr w:type="spellStart"/>
      <w:r>
        <w:t>anderen</w:t>
      </w:r>
      <w:proofErr w:type="spellEnd"/>
      <w:r>
        <w:t xml:space="preserve"> </w:t>
      </w:r>
      <w:proofErr w:type="spellStart"/>
      <w:r>
        <w:t>Webbrowser</w:t>
      </w:r>
      <w:proofErr w:type="spellEnd"/>
      <w:r>
        <w:t xml:space="preserve"> </w:t>
      </w:r>
      <w:proofErr w:type="spellStart"/>
      <w:r>
        <w:t>besuchen</w:t>
      </w:r>
      <w:proofErr w:type="spellEnd"/>
      <w:r>
        <w:t xml:space="preserve"> Sie bitte die </w:t>
      </w:r>
      <w:proofErr w:type="spellStart"/>
      <w:r>
        <w:t>offiziellen</w:t>
      </w:r>
      <w:proofErr w:type="spellEnd"/>
      <w:r>
        <w:t xml:space="preserve"> </w:t>
      </w:r>
      <w:proofErr w:type="spellStart"/>
      <w:r>
        <w:t>Webseiten</w:t>
      </w:r>
      <w:proofErr w:type="spellEnd"/>
      <w:r>
        <w:t xml:space="preserve"> </w:t>
      </w:r>
      <w:proofErr w:type="spellStart"/>
      <w:r>
        <w:t>Ihres</w:t>
      </w:r>
      <w:proofErr w:type="spellEnd"/>
      <w:r>
        <w:t xml:space="preserve"> </w:t>
      </w:r>
      <w:proofErr w:type="spellStart"/>
      <w:r>
        <w:t>Webbrowsers</w:t>
      </w:r>
      <w:proofErr w:type="spellEnd"/>
      <w:r>
        <w:t>.</w:t>
      </w:r>
    </w:p>
    <w:p w14:paraId="1D09534F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132F699B" w14:textId="6E2F0615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proofErr w:type="spellStart"/>
      <w:r>
        <w:t>Änderungen</w:t>
      </w:r>
      <w:proofErr w:type="spellEnd"/>
      <w:r>
        <w:t xml:space="preserve"> an </w:t>
      </w:r>
      <w:proofErr w:type="spellStart"/>
      <w:r>
        <w:t>dieser</w:t>
      </w:r>
      <w:proofErr w:type="spellEnd"/>
      <w:r>
        <w:t xml:space="preserve"> Cookies-</w:t>
      </w:r>
      <w:proofErr w:type="spellStart"/>
      <w:r>
        <w:t>Richtlinie</w:t>
      </w:r>
      <w:proofErr w:type="spellEnd"/>
    </w:p>
    <w:p w14:paraId="1CF32166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36550179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 xml:space="preserve">Wir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Cookies-</w:t>
      </w:r>
      <w:proofErr w:type="spellStart"/>
      <w:r>
        <w:t>Richtlinie</w:t>
      </w:r>
      <w:proofErr w:type="spellEnd"/>
      <w:r>
        <w:t xml:space="preserve"> von Zeit </w:t>
      </w:r>
      <w:proofErr w:type="spellStart"/>
      <w:r>
        <w:t>zu</w:t>
      </w:r>
      <w:proofErr w:type="spellEnd"/>
      <w:r>
        <w:t xml:space="preserve"> Zeit </w:t>
      </w:r>
      <w:proofErr w:type="spellStart"/>
      <w:r>
        <w:t>aktualisieren</w:t>
      </w:r>
      <w:proofErr w:type="spellEnd"/>
      <w:r>
        <w:t>. Das Datum „</w:t>
      </w:r>
      <w:proofErr w:type="spellStart"/>
      <w:r>
        <w:t>Zuletzt</w:t>
      </w:r>
      <w:proofErr w:type="spellEnd"/>
      <w:r>
        <w:t xml:space="preserve"> </w:t>
      </w:r>
      <w:proofErr w:type="spellStart"/>
      <w:proofErr w:type="gramStart"/>
      <w:r>
        <w:t>aktualisiert</w:t>
      </w:r>
      <w:proofErr w:type="spellEnd"/>
      <w:r>
        <w:t xml:space="preserve">“ </w:t>
      </w:r>
      <w:proofErr w:type="spellStart"/>
      <w:r>
        <w:t>oben</w:t>
      </w:r>
      <w:proofErr w:type="spellEnd"/>
      <w:proofErr w:type="gramEnd"/>
      <w:r>
        <w:t xml:space="preserve"> </w:t>
      </w:r>
      <w:proofErr w:type="spellStart"/>
      <w:r>
        <w:t>zeigt</w:t>
      </w:r>
      <w:proofErr w:type="spellEnd"/>
      <w:r>
        <w:t xml:space="preserve"> an, </w:t>
      </w:r>
      <w:proofErr w:type="spellStart"/>
      <w:r>
        <w:t>wann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zuletzt</w:t>
      </w:r>
      <w:proofErr w:type="spellEnd"/>
      <w:r>
        <w:t xml:space="preserve"> </w:t>
      </w:r>
      <w:proofErr w:type="spellStart"/>
      <w:r>
        <w:t>überarbeitet</w:t>
      </w:r>
      <w:proofErr w:type="spellEnd"/>
      <w:r>
        <w:t xml:space="preserve"> </w:t>
      </w:r>
      <w:proofErr w:type="spellStart"/>
      <w:r>
        <w:t>wurde</w:t>
      </w:r>
      <w:proofErr w:type="spellEnd"/>
      <w:r>
        <w:t>.</w:t>
      </w:r>
    </w:p>
    <w:p w14:paraId="317990D3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5BCE8BE2" w14:textId="77777777" w:rsidR="00495C21" w:rsidRDefault="00495C21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1FB5CBB7" w14:textId="09CDC4F6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proofErr w:type="spellStart"/>
      <w:r>
        <w:lastRenderedPageBreak/>
        <w:t>Kontakt</w:t>
      </w:r>
      <w:proofErr w:type="spellEnd"/>
    </w:p>
    <w:p w14:paraId="1C54F5E3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0269C71B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 xml:space="preserve">Wenn Sie </w:t>
      </w:r>
      <w:proofErr w:type="spellStart"/>
      <w:r>
        <w:t>Fragen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Cookies-</w:t>
      </w:r>
      <w:proofErr w:type="spellStart"/>
      <w:r>
        <w:t>Richtlinie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, </w:t>
      </w:r>
      <w:proofErr w:type="spellStart"/>
      <w:r>
        <w:t>können</w:t>
      </w:r>
      <w:proofErr w:type="spellEnd"/>
      <w:r>
        <w:t xml:space="preserve"> Sie </w:t>
      </w:r>
      <w:proofErr w:type="spellStart"/>
      <w:r>
        <w:t>uns</w:t>
      </w:r>
      <w:proofErr w:type="spellEnd"/>
      <w:r>
        <w:t xml:space="preserve"> </w:t>
      </w:r>
      <w:proofErr w:type="spellStart"/>
      <w:r>
        <w:t>kontaktieren</w:t>
      </w:r>
      <w:proofErr w:type="spellEnd"/>
      <w:r>
        <w:t>:</w:t>
      </w:r>
    </w:p>
    <w:p w14:paraId="2F080EC8" w14:textId="77777777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</w:p>
    <w:p w14:paraId="3D1D8FE4" w14:textId="51573B5B" w:rsidR="00FE46DB" w:rsidRDefault="00FE46DB" w:rsidP="00FE46DB">
      <w:pPr>
        <w:pStyle w:val="Aufzhlungszeichen"/>
        <w:numPr>
          <w:ilvl w:val="0"/>
          <w:numId w:val="0"/>
        </w:numPr>
        <w:ind w:left="360"/>
        <w:jc w:val="both"/>
      </w:pPr>
      <w:r>
        <w:t>Per E-Mail: info@ulu-formel.com</w:t>
      </w:r>
    </w:p>
    <w:sectPr w:rsidR="00FE46D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C0C96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C68B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6E37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FA3C2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EC00B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9363899">
    <w:abstractNumId w:val="9"/>
  </w:num>
  <w:num w:numId="2" w16cid:durableId="1918203656">
    <w:abstractNumId w:val="7"/>
  </w:num>
  <w:num w:numId="3" w16cid:durableId="2054693263">
    <w:abstractNumId w:val="6"/>
  </w:num>
  <w:num w:numId="4" w16cid:durableId="264534366">
    <w:abstractNumId w:val="5"/>
  </w:num>
  <w:num w:numId="5" w16cid:durableId="2064087996">
    <w:abstractNumId w:val="8"/>
  </w:num>
  <w:num w:numId="6" w16cid:durableId="1767336964">
    <w:abstractNumId w:val="3"/>
  </w:num>
  <w:num w:numId="7" w16cid:durableId="815998848">
    <w:abstractNumId w:val="2"/>
  </w:num>
  <w:num w:numId="8" w16cid:durableId="865871398">
    <w:abstractNumId w:val="1"/>
  </w:num>
  <w:num w:numId="9" w16cid:durableId="1688868287">
    <w:abstractNumId w:val="0"/>
  </w:num>
  <w:num w:numId="10" w16cid:durableId="2762548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F6EC2"/>
    <w:rsid w:val="00480177"/>
    <w:rsid w:val="004836D2"/>
    <w:rsid w:val="00495C21"/>
    <w:rsid w:val="006A22BE"/>
    <w:rsid w:val="00A40547"/>
    <w:rsid w:val="00AA1D8D"/>
    <w:rsid w:val="00B42F6A"/>
    <w:rsid w:val="00B47730"/>
    <w:rsid w:val="00B62F6D"/>
    <w:rsid w:val="00CB0664"/>
    <w:rsid w:val="00CB387B"/>
    <w:rsid w:val="00FC693F"/>
    <w:rsid w:val="00FE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284E9F"/>
  <w14:defaultImageDpi w14:val="300"/>
  <w15:docId w15:val="{FEB9B088-4C24-4F0A-A260-76F706FDF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0177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">
    <w:name w:val="Гиперссылка1"/>
    <w:basedOn w:val="Hyperlink"/>
    <w:uiPriority w:val="1"/>
    <w:qFormat/>
    <w:rsid w:val="00CB387B"/>
    <w:rPr>
      <w:color w:val="0000FF" w:themeColor="hyperlink"/>
      <w:u w:val="single"/>
    </w:rPr>
  </w:style>
  <w:style w:type="character" w:styleId="Hyperlink">
    <w:name w:val="Hyperlink"/>
    <w:basedOn w:val="Absatz-Standardschriftart"/>
    <w:uiPriority w:val="99"/>
    <w:unhideWhenUsed/>
    <w:rsid w:val="00CB387B"/>
    <w:rPr>
      <w:color w:val="0000FF" w:themeColor="hyperlink"/>
      <w:u w:val="single"/>
    </w:rPr>
  </w:style>
  <w:style w:type="paragraph" w:customStyle="1" w:styleId="HorizontalLine">
    <w:name w:val="Horizontal Line"/>
    <w:basedOn w:val="Standard"/>
    <w:next w:val="Standard"/>
    <w:qFormat/>
    <w:rsid w:val="00480177"/>
    <w:pPr>
      <w:pBdr>
        <w:bottom w:val="single" w:sz="4" w:space="1" w:color="auto"/>
      </w:pBdr>
    </w:pPr>
    <w:rPr>
      <w:sz w:val="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E4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23706C-F2BE-4661-9C40-6FEF5F76D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783</Words>
  <Characters>4933</Characters>
  <Application>Microsoft Office Word</Application>
  <DocSecurity>0</DocSecurity>
  <Lines>41</Lines>
  <Paragraphs>11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5705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Tayyibe Ulu</cp:lastModifiedBy>
  <cp:revision>3</cp:revision>
  <dcterms:created xsi:type="dcterms:W3CDTF">2026-03-12T11:30:00Z</dcterms:created>
  <dcterms:modified xsi:type="dcterms:W3CDTF">2026-03-12T11:31:00Z</dcterms:modified>
  <cp:category/>
</cp:coreProperties>
</file>